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Employee Onboarding Checklist</w:t>
      </w:r>
    </w:p>
    <w:p>
      <w:pPr>
        <w:pStyle w:val="Heading2"/>
      </w:pPr>
      <w:r>
        <w:t>Blank template for the manager</w:t>
      </w:r>
    </w:p>
    <w:p>
      <w:r>
        <w:t>Coordinate HR, manager, IT and new-hire work from preboarding through day 90. Assign an owner, due date and completion reference.</w:t>
      </w:r>
    </w:p>
    <w:p>
      <w:r>
        <w:t>Milestones are not legal deadlines. Confirm requirements with the responsible specialist; keep sensitive records in restricted systems.</w:t>
      </w:r>
    </w:p>
    <w:p>
      <w:r>
        <w:t>Case reference ____________________   Accountable coordinator ____________________   Review date ______________</w:t>
      </w:r>
    </w:p>
    <w:p>
      <w:r>
        <w:t>Status: Not started / In progress / Blocked / Complete / Not applicable. Explain exclusions and record evidence before marking Complete.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96"/>
        <w:gridCol w:w="1512"/>
        <w:gridCol w:w="1224"/>
        <w:gridCol w:w="1584"/>
        <w:gridCol w:w="4752"/>
      </w:tblGrid>
      <w:tr>
        <w:trPr>
          <w:tblHeader/>
        </w:trPr>
        <w:tc>
          <w:tcPr>
            <w:tcW w:type="dxa" w:w="4896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Task and phase</w:t>
            </w:r>
          </w:p>
        </w:tc>
        <w:tc>
          <w:tcPr>
            <w:tcW w:type="dxa" w:w="151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Responsible owner</w:t>
            </w:r>
          </w:p>
        </w:tc>
        <w:tc>
          <w:tcPr>
            <w:tcW w:type="dxa" w:w="122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Due date</w:t>
            </w:r>
          </w:p>
        </w:tc>
        <w:tc>
          <w:tcPr>
            <w:tcW w:type="dxa" w:w="158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475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Evidence or next action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mgr-0  |  Preboarding</w:t>
              <w:br/>
              <w:t>Confirm approved offer acceptance and start arrangements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mgr-1  |  Preboarding</w:t>
              <w:br/>
              <w:t>Confirm any screening and reference steps with HR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mgr-2  |  Preboarding</w:t>
              <w:br/>
              <w:t>Request role-appropriate equipment and account access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IT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mgr-3  |  Preboarding</w:t>
              <w:br/>
              <w:t>Send secure payroll and benefits setup instructions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mgr-4  |  Preboarding</w:t>
              <w:br/>
              <w:t>Send first-day logistics and a contact for questions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mgr-5  |  Preboarding</w:t>
              <w:br/>
              <w:t>Assign a buddy and explain the support role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mgr-6  |  Preboarding</w:t>
              <w:br/>
              <w:t>Draft role-specific 30 60 and 90 day goals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mgr-7  |  Day 1</w:t>
              <w:br/>
              <w:t>Welcome the new hire and introduce the immediate team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mgr-8  |  Day 1</w:t>
              <w:br/>
              <w:t>Check progress on required onboarding steps with HR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mgr-9  |  Day 1</w:t>
              <w:br/>
              <w:t>Explain key policies and the acknowledgment process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</w:tbl>
    <w:p>
      <w:r>
        <w:br w:type="page"/>
      </w:r>
    </w:p>
    <w:p>
      <w:pPr>
        <w:pStyle w:val="Heading1"/>
      </w:pPr>
      <w:r>
        <w:t>Employee Onboarding Checklist</w:t>
      </w:r>
    </w:p>
    <w:p>
      <w:pPr>
        <w:pStyle w:val="Heading2"/>
      </w:pPr>
      <w:r>
        <w:t>Blank template for the manager</w:t>
      </w:r>
    </w:p>
    <w:p>
      <w:r>
        <w:t>Case reference ____________________   Accountable coordinator ____________________   Review date ______________</w:t>
      </w:r>
    </w:p>
    <w:p>
      <w:r>
        <w:t>Status: Not started / In progress / Blocked / Complete / Not applicable. Explain exclusions and record evidence before marking Complete.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96"/>
        <w:gridCol w:w="1512"/>
        <w:gridCol w:w="1224"/>
        <w:gridCol w:w="1584"/>
        <w:gridCol w:w="4752"/>
      </w:tblGrid>
      <w:tr>
        <w:trPr>
          <w:tblHeader/>
        </w:trPr>
        <w:tc>
          <w:tcPr>
            <w:tcW w:type="dxa" w:w="4896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Task and phase</w:t>
            </w:r>
          </w:p>
        </w:tc>
        <w:tc>
          <w:tcPr>
            <w:tcW w:type="dxa" w:w="151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Responsible owner</w:t>
            </w:r>
          </w:p>
        </w:tc>
        <w:tc>
          <w:tcPr>
            <w:tcW w:type="dxa" w:w="122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Due date</w:t>
            </w:r>
          </w:p>
        </w:tc>
        <w:tc>
          <w:tcPr>
            <w:tcW w:type="dxa" w:w="158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475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Evidence or next action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mgr-10  |  Day 1</w:t>
              <w:br/>
              <w:t>Agree check-in dates and preferred communication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mgr-11  |  Day 1</w:t>
              <w:br/>
              <w:t>Agree first-month priorities and evidence of success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mgr-12  |  Week 1</w:t>
              <w:br/>
              <w:t>Arrange relevant cross-functional introductions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mgr-13  |  Week 1</w:t>
              <w:br/>
              <w:t>Provide approved documentation and learning resources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mgr-14  |  Week 1</w:t>
              <w:br/>
              <w:t>Hold a first-week check-in and log blockers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mgr-15  |  Week 1</w:t>
              <w:br/>
              <w:t>Verify required access works and remove unnecessary access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IT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mgr-16  |  Day 30</w:t>
              <w:br/>
              <w:t>Review first-month work against agreed goals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mgr-17  |  Day 30</w:t>
              <w:br/>
              <w:t>Give specific feedback and agree support actions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mgr-18  |  Day 30</w:t>
              <w:br/>
              <w:t>Review role and policy training status with HR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mgr-19  |  Day 30</w:t>
              <w:br/>
              <w:t>Agree the next set of role-specific goals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</w:tbl>
    <w:p>
      <w:r>
        <w:br w:type="page"/>
      </w:r>
    </w:p>
    <w:p>
      <w:pPr>
        <w:pStyle w:val="Heading1"/>
      </w:pPr>
      <w:r>
        <w:t>Employee Onboarding Checklist</w:t>
      </w:r>
    </w:p>
    <w:p>
      <w:pPr>
        <w:pStyle w:val="Heading2"/>
      </w:pPr>
      <w:r>
        <w:t>Blank template for the manager</w:t>
      </w:r>
    </w:p>
    <w:p>
      <w:r>
        <w:t>Case reference ____________________   Accountable coordinator ____________________   Review date ______________</w:t>
      </w:r>
    </w:p>
    <w:p>
      <w:r>
        <w:t>Status: Not started / In progress / Blocked / Complete / Not applicable. Explain exclusions and record evidence before marking Complete.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96"/>
        <w:gridCol w:w="1512"/>
        <w:gridCol w:w="1224"/>
        <w:gridCol w:w="1584"/>
        <w:gridCol w:w="4752"/>
      </w:tblGrid>
      <w:tr>
        <w:trPr>
          <w:tblHeader/>
        </w:trPr>
        <w:tc>
          <w:tcPr>
            <w:tcW w:type="dxa" w:w="4896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Task and phase</w:t>
            </w:r>
          </w:p>
        </w:tc>
        <w:tc>
          <w:tcPr>
            <w:tcW w:type="dxa" w:w="151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Responsible owner</w:t>
            </w:r>
          </w:p>
        </w:tc>
        <w:tc>
          <w:tcPr>
            <w:tcW w:type="dxa" w:w="122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Due date</w:t>
            </w:r>
          </w:p>
        </w:tc>
        <w:tc>
          <w:tcPr>
            <w:tcW w:type="dxa" w:w="158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475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Evidence or next action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mgr-20  |  Day 30</w:t>
              <w:br/>
              <w:t>Share a necessary progress summary with authorized people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mgr-21  |  Day 60</w:t>
              <w:br/>
              <w:t>Review contribution and outstanding dependencies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mgr-22  |  Day 60</w:t>
              <w:br/>
              <w:t>Agree a practical development or support plan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mgr-23  |  Day 60</w:t>
              <w:br/>
              <w:t>Agree the next responsibilities and support arrangements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mgr-24  |  Day 60</w:t>
              <w:br/>
              <w:t>Seek relevant work-specific feedback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mgr-25  |  Day 60</w:t>
              <w:br/>
              <w:t>Agree day 90 goals and the evidence to review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mgr-26  |  Day 90</w:t>
              <w:br/>
              <w:t>Review progress strengths and support needs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mgr-27  |  Day 90</w:t>
              <w:br/>
              <w:t>Confirm next actions through the approved HR process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mgr-28  |  Day 90</w:t>
              <w:br/>
              <w:t>Agree development priorities for the next period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mgr-29  |  Day 90</w:t>
              <w:br/>
              <w:t>Agree the ongoing check-in cadence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</w:tbl>
    <w:p>
      <w:r>
        <w:br w:type="page"/>
      </w:r>
    </w:p>
    <w:p>
      <w:pPr>
        <w:pStyle w:val="Heading1"/>
      </w:pPr>
      <w:r>
        <w:t>Employee Onboarding Checklist</w:t>
      </w:r>
    </w:p>
    <w:p>
      <w:pPr>
        <w:pStyle w:val="Heading2"/>
      </w:pPr>
      <w:r>
        <w:t>Blank template for the new hire</w:t>
      </w:r>
    </w:p>
    <w:p>
      <w:r>
        <w:t>Case reference ____________________   Accountable coordinator ____________________   Review date ______________</w:t>
      </w:r>
    </w:p>
    <w:p>
      <w:r>
        <w:t>Status: Not started / In progress / Blocked / Complete / Not applicable. Explain exclusions and record evidence before marking Complete.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96"/>
        <w:gridCol w:w="1512"/>
        <w:gridCol w:w="1224"/>
        <w:gridCol w:w="1584"/>
        <w:gridCol w:w="4752"/>
      </w:tblGrid>
      <w:tr>
        <w:trPr>
          <w:tblHeader/>
        </w:trPr>
        <w:tc>
          <w:tcPr>
            <w:tcW w:type="dxa" w:w="4896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Task and phase</w:t>
            </w:r>
          </w:p>
        </w:tc>
        <w:tc>
          <w:tcPr>
            <w:tcW w:type="dxa" w:w="151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Responsible owner</w:t>
            </w:r>
          </w:p>
        </w:tc>
        <w:tc>
          <w:tcPr>
            <w:tcW w:type="dxa" w:w="122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Due date</w:t>
            </w:r>
          </w:p>
        </w:tc>
        <w:tc>
          <w:tcPr>
            <w:tcW w:type="dxa" w:w="158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475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Evidence or next action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nh-0  |  Preboarding</w:t>
              <w:br/>
              <w:t>Review and return the approved offer documents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nh-1  |  Preboarding</w:t>
              <w:br/>
              <w:t>Follow HR instructions for secure onboarding forms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nh-2  |  Preboarding</w:t>
              <w:br/>
              <w:t>Read shared policies and note questions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nh-3  |  Preboarding</w:t>
              <w:br/>
              <w:t>Confirm first-day arrangements and contact details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nh-4  |  Day 1</w:t>
              <w:br/>
              <w:t>Confirm required onboarding steps with HR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nh-5  |  Day 1</w:t>
              <w:br/>
              <w:t>Test assigned equipment accounts and tools with IT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nh-6  |  Day 1</w:t>
              <w:br/>
              <w:t>Meet the manager and immediate team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nh-7  |  Day 1</w:t>
              <w:br/>
              <w:t>Discuss the draft goals and available support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nh-8  |  Day 1</w:t>
              <w:br/>
              <w:t>Complete applicable policy acknowledgments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nh-9  |  Week 1</w:t>
              <w:br/>
              <w:t>Attend relevant stakeholder introductions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</w:tbl>
    <w:p>
      <w:r>
        <w:br w:type="page"/>
      </w:r>
    </w:p>
    <w:p>
      <w:pPr>
        <w:pStyle w:val="Heading1"/>
      </w:pPr>
      <w:r>
        <w:t>Employee Onboarding Checklist</w:t>
      </w:r>
    </w:p>
    <w:p>
      <w:pPr>
        <w:pStyle w:val="Heading2"/>
      </w:pPr>
      <w:r>
        <w:t>Blank template for the new hire</w:t>
      </w:r>
    </w:p>
    <w:p>
      <w:r>
        <w:t>Case reference ____________________   Accountable coordinator ____________________   Review date ______________</w:t>
      </w:r>
    </w:p>
    <w:p>
      <w:r>
        <w:t>Status: Not started / In progress / Blocked / Complete / Not applicable. Explain exclusions and record evidence before marking Complete.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96"/>
        <w:gridCol w:w="1512"/>
        <w:gridCol w:w="1224"/>
        <w:gridCol w:w="1584"/>
        <w:gridCol w:w="4752"/>
      </w:tblGrid>
      <w:tr>
        <w:trPr>
          <w:tblHeader/>
        </w:trPr>
        <w:tc>
          <w:tcPr>
            <w:tcW w:type="dxa" w:w="4896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Task and phase</w:t>
            </w:r>
          </w:p>
        </w:tc>
        <w:tc>
          <w:tcPr>
            <w:tcW w:type="dxa" w:w="151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Responsible owner</w:t>
            </w:r>
          </w:p>
        </w:tc>
        <w:tc>
          <w:tcPr>
            <w:tcW w:type="dxa" w:w="122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Due date</w:t>
            </w:r>
          </w:p>
        </w:tc>
        <w:tc>
          <w:tcPr>
            <w:tcW w:type="dxa" w:w="158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475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Evidence or next action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nh-10  |  Week 1</w:t>
              <w:br/>
              <w:t>Read the priority team and product documentation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nh-11  |  Week 1</w:t>
              <w:br/>
              <w:t>Observe an approved workflow with a colleague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nh-12  |  Week 1</w:t>
              <w:br/>
              <w:t>Confirm the applicable training plan and dates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nh-13  |  Week 1</w:t>
              <w:br/>
              <w:t>Meet the buddy and agree how to ask for help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nh-14  |  Day 30</w:t>
              <w:br/>
              <w:t>Review progress on role-specific training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nh-15  |  Day 30</w:t>
              <w:br/>
              <w:t>Work on an agreed first deliverable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nh-16  |  Day 30</w:t>
              <w:br/>
              <w:t>Attend the first-month review with examples and questions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nh-17  |  Day 30</w:t>
              <w:br/>
              <w:t>Record unclear processes and propose a next action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nh-18  |  Day 30</w:t>
              <w:br/>
              <w:t>Build the working relationships needed for the role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nh-19  |  Day 30</w:t>
              <w:br/>
              <w:t>Share onboarding feedback through an approved channel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</w:tbl>
    <w:p>
      <w:r>
        <w:br w:type="page"/>
      </w:r>
    </w:p>
    <w:p>
      <w:pPr>
        <w:pStyle w:val="Heading1"/>
      </w:pPr>
      <w:r>
        <w:t>Employee Onboarding Checklist</w:t>
      </w:r>
    </w:p>
    <w:p>
      <w:pPr>
        <w:pStyle w:val="Heading2"/>
      </w:pPr>
      <w:r>
        <w:t>Blank template for the new hire</w:t>
      </w:r>
    </w:p>
    <w:p>
      <w:r>
        <w:t>Case reference ____________________   Accountable coordinator ____________________   Review date ______________</w:t>
      </w:r>
    </w:p>
    <w:p>
      <w:r>
        <w:t>Status: Not started / In progress / Blocked / Complete / Not applicable. Explain exclusions and record evidence before marking Complete.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96"/>
        <w:gridCol w:w="1512"/>
        <w:gridCol w:w="1224"/>
        <w:gridCol w:w="1584"/>
        <w:gridCol w:w="4752"/>
      </w:tblGrid>
      <w:tr>
        <w:trPr>
          <w:tblHeader/>
        </w:trPr>
        <w:tc>
          <w:tcPr>
            <w:tcW w:type="dxa" w:w="4896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Task and phase</w:t>
            </w:r>
          </w:p>
        </w:tc>
        <w:tc>
          <w:tcPr>
            <w:tcW w:type="dxa" w:w="151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Responsible owner</w:t>
            </w:r>
          </w:p>
        </w:tc>
        <w:tc>
          <w:tcPr>
            <w:tcW w:type="dxa" w:w="122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Due date</w:t>
            </w:r>
          </w:p>
        </w:tc>
        <w:tc>
          <w:tcPr>
            <w:tcW w:type="dxa" w:w="158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475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Evidence or next action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nh-20  |  Day 60</w:t>
              <w:br/>
              <w:t>Review the agreed project milestone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nh-21  |  Day 60</w:t>
              <w:br/>
              <w:t>Attend the day 60 review with work examples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nh-22  |  Day 60</w:t>
              <w:br/>
              <w:t>Request relevant feedback from collaborators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nh-23  |  Day 60</w:t>
              <w:br/>
              <w:t>Suggest an improvement grounded in observed work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nh-24  |  Day 60</w:t>
              <w:br/>
              <w:t>Update day 90 goals with the manager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nh-25  |  Day 90</w:t>
              <w:br/>
              <w:t>Review day 90 goals and document actual progress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nh-26  |  Day 90</w:t>
              <w:br/>
              <w:t>Attend the day 90 review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nh-27  |  Day 90</w:t>
              <w:br/>
              <w:t>Agree a practical process-improvement action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nh-28  |  Day 90</w:t>
              <w:br/>
              <w:t>Share useful role knowledge through approved channels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nh-29  |  Day 90</w:t>
              <w:br/>
              <w:t>Agree ongoing development and check-in arrangements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</w:tbl>
    <w:p>
      <w:r>
        <w:br w:type="page"/>
      </w:r>
    </w:p>
    <w:p>
      <w:pPr>
        <w:pStyle w:val="Heading1"/>
      </w:pPr>
      <w:r>
        <w:t>Employee Onboarding Checklist</w:t>
      </w:r>
    </w:p>
    <w:p>
      <w:pPr>
        <w:pStyle w:val="Heading2"/>
      </w:pPr>
      <w:r>
        <w:t>Fictional example</w:t>
      </w:r>
    </w:p>
    <w:p>
      <w:r>
        <w:t>Fictional planning example. Start date October 19, 2026; review date October 20, 2026. All task references are invented. Future milestones are planned, not completed.</w:t>
      </w:r>
    </w:p>
    <w:p>
      <w:r>
        <w:t>Status: Not started / In progress / Blocked / Complete / Not applicable. Explain exclusions and record evidence before marking Complete.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96"/>
        <w:gridCol w:w="1512"/>
        <w:gridCol w:w="1224"/>
        <w:gridCol w:w="1584"/>
        <w:gridCol w:w="4752"/>
      </w:tblGrid>
      <w:tr>
        <w:trPr>
          <w:tblHeader/>
        </w:trPr>
        <w:tc>
          <w:tcPr>
            <w:tcW w:type="dxa" w:w="4896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Task and phase</w:t>
            </w:r>
          </w:p>
        </w:tc>
        <w:tc>
          <w:tcPr>
            <w:tcW w:type="dxa" w:w="151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Responsible owner</w:t>
            </w:r>
          </w:p>
        </w:tc>
        <w:tc>
          <w:tcPr>
            <w:tcW w:type="dxa" w:w="122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Due date</w:t>
            </w:r>
          </w:p>
        </w:tc>
        <w:tc>
          <w:tcPr>
            <w:tcW w:type="dxa" w:w="158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475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Evidence or next action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mgr-0  |  Preboarding</w:t>
              <w:br/>
              <w:t>Confirm approved offer acceptance and start arrangements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10/16/2026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Complete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mgr-0 confirmation logged.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mgr-1  |  Preboarding</w:t>
              <w:br/>
              <w:t>Confirm any screening and reference steps with HR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10/16/2026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Not applicable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HR owner confirmed this role has no screening step in its approved process.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mgr-8  |  Day 1</w:t>
              <w:br/>
              <w:t>Check progress on required onboarding steps with HR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10/19/2026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Complete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mgr-8 confirmation logged.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mgr-15  |  Week 1</w:t>
              <w:br/>
              <w:t>Verify required access works and remove unnecessary access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IT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10/23/2026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Blocked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IT ticket DEMO-016 awaiting role approval; manager to confirm access.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mgr-16  |  Day 30</w:t>
              <w:br/>
              <w:t>Review first-month work against agreed goals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11/18/2026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Not started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planned review; no completion evidence yet.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mgr-21  |  Day 60</w:t>
              <w:br/>
              <w:t>Review contribution and outstanding dependencies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12/18/2026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Not started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planned review; no completion evidence yet.</w:t>
            </w:r>
          </w:p>
        </w:tc>
      </w:tr>
    </w:tbl>
    <w:p>
      <w:r>
        <w:br w:type="page"/>
      </w:r>
    </w:p>
    <w:p>
      <w:pPr>
        <w:pStyle w:val="Heading1"/>
      </w:pPr>
      <w:r>
        <w:t>Employee Onboarding Checklist</w:t>
      </w:r>
    </w:p>
    <w:p>
      <w:pPr>
        <w:pStyle w:val="Heading2"/>
      </w:pPr>
      <w:r>
        <w:t>Fictional example</w:t>
      </w:r>
    </w:p>
    <w:p>
      <w:r>
        <w:t>Fictional planning example. Start date October 19, 2026; review date October 20, 2026. All task references are invented. Future milestones are planned, not completed.</w:t>
      </w:r>
    </w:p>
    <w:p>
      <w:r>
        <w:t>Status: Not started / In progress / Blocked / Complete / Not applicable. Explain exclusions and record evidence before marking Complete.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96"/>
        <w:gridCol w:w="1512"/>
        <w:gridCol w:w="1224"/>
        <w:gridCol w:w="1584"/>
        <w:gridCol w:w="4752"/>
      </w:tblGrid>
      <w:tr>
        <w:trPr>
          <w:tblHeader/>
        </w:trPr>
        <w:tc>
          <w:tcPr>
            <w:tcW w:type="dxa" w:w="4896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Task and phase</w:t>
            </w:r>
          </w:p>
        </w:tc>
        <w:tc>
          <w:tcPr>
            <w:tcW w:type="dxa" w:w="151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Responsible owner</w:t>
            </w:r>
          </w:p>
        </w:tc>
        <w:tc>
          <w:tcPr>
            <w:tcW w:type="dxa" w:w="122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Due date</w:t>
            </w:r>
          </w:p>
        </w:tc>
        <w:tc>
          <w:tcPr>
            <w:tcW w:type="dxa" w:w="158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475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Evidence or next action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mgr-26  |  Day 90</w:t>
              <w:br/>
              <w:t>Review progress strengths and support needs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01/17/2027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Not started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planned review; no completion evidence yet.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nh-1  |  Preboarding</w:t>
              <w:br/>
              <w:t>Follow HR instructions for secure onboarding forms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10/16/2026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Complete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nh-1 confirmation logged.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nh-5  |  Day 1</w:t>
              <w:br/>
              <w:t>Test assigned equipment accounts and tools with IT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10/19/2026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Complete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nh-5 confirmation logged.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nh-12  |  Week 1</w:t>
              <w:br/>
              <w:t>Confirm the applicable training plan and dates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10/23/2026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In progress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planned review; no completion evidence yet.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nh-16  |  Day 30</w:t>
              <w:br/>
              <w:t>Attend the first-month review with examples and questions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11/18/2026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Not started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planned review; no completion evidence yet.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nh-26  |  Day 90</w:t>
              <w:br/>
              <w:t>Attend the day 90 review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New hire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01/17/2027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Not started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planned review; no completion evidence yet.</w:t>
            </w:r>
          </w:p>
        </w:tc>
      </w:tr>
    </w:tbl>
    <w:p>
      <w:pPr>
        <w:pStyle w:val="Heading2"/>
      </w:pPr>
      <w:r>
        <w:t>Using the workbook</w:t>
      </w:r>
    </w:p>
    <w:p>
      <w:r>
        <w:t>The companion workbook includes every task, filters, five additional task rows and progress formulas. Complete requires an owner, due date and evidence. Documented Not applicable tasks are excluded; incomplete evidence is not counted as completion.</w:t>
      </w:r>
    </w:p>
    <w:p>
      <w:pPr>
        <w:pStyle w:val="Heading2"/>
      </w:pPr>
      <w:r>
        <w:t>Reference information</w:t>
      </w:r>
    </w:p>
    <w:p>
      <w:r>
        <w:t>IRS hiring employees: https://www.irs.gov/businesses/small-businesses-self-employed/hiring-employees</w:t>
      </w:r>
    </w:p>
    <w:sectPr w:rsidR="00FC693F" w:rsidRPr="0006063C" w:rsidSect="00034616">
      <w:headerReference w:type="default" r:id="rId1"/>
      <w:footerReference w:type="default" r:id="rId9"/>
      <w:pgSz w:w="15840" w:h="12240" w:orient="landscape"/>
      <w:pgMar w:top="893" w:right="936" w:bottom="864" w:left="936" w:header="288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b w:val="0"/>
        <w:sz w:val="16"/>
      </w:rPr>
      <w:t xml:space="preserve">Treegarden  |  US operational resource  |  Version October 20, 2026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1261872" cy="31546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1872" cy="31546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Onboarding Checklist</dc:title>
  <dc:subject>Coordinate HR, manager, IT and new-hire work from preboarding through day 90.</dc:subject>
  <dc:creator>Treegarden</dc:creator>
  <cp:keywords/>
  <dc:description>Original operational template. Fictional examples only. No legal compliance determination.</dc:description>
  <cp:lastModifiedBy>Treegarden</cp:lastModifiedBy>
  <cp:revision>1</cp:revision>
  <dcterms:created xsi:type="dcterms:W3CDTF">2026-10-20T12:00:00Z</dcterms:created>
  <dcterms:modified xsi:type="dcterms:W3CDTF">2026-10-20T12:00:00Z</dcterms:modified>
  <cp:category/>
</cp:coreProperties>
</file>